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6689"/>
      </w:tblGrid>
      <w:tr w:rsidR="00C407FB" w:rsidRPr="003A20F9" w14:paraId="77E43F5A" w14:textId="77777777" w:rsidTr="003A20F9">
        <w:tc>
          <w:tcPr>
            <w:tcW w:w="1951" w:type="dxa"/>
          </w:tcPr>
          <w:p w14:paraId="49648372" w14:textId="77777777" w:rsidR="00C407FB" w:rsidRPr="003A20F9" w:rsidRDefault="00000000" w:rsidP="002B3D91">
            <w:pPr>
              <w:contextualSpacing/>
              <w:jc w:val="both"/>
              <w:rPr>
                <w:lang w:val="fr-FR"/>
              </w:rPr>
            </w:pPr>
            <w:r w:rsidRPr="003A20F9">
              <w:rPr>
                <w:noProof/>
                <w:lang w:val="fr-FR"/>
              </w:rPr>
              <w:drawing>
                <wp:inline distT="0" distB="0" distL="0" distR="0" wp14:anchorId="5530BF52" wp14:editId="4A288A13">
                  <wp:extent cx="1097280" cy="82777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uveau logo VCHS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827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89" w:type="dxa"/>
          </w:tcPr>
          <w:p w14:paraId="5678FAE8" w14:textId="77777777" w:rsidR="003A20F9" w:rsidRPr="003A20F9" w:rsidRDefault="00000000" w:rsidP="002B3D91">
            <w:pPr>
              <w:contextualSpacing/>
              <w:jc w:val="center"/>
              <w:rPr>
                <w:b/>
                <w:sz w:val="32"/>
                <w:lang w:val="fr-FR"/>
              </w:rPr>
            </w:pPr>
            <w:r w:rsidRPr="003A20F9">
              <w:rPr>
                <w:b/>
                <w:sz w:val="32"/>
                <w:lang w:val="fr-FR"/>
              </w:rPr>
              <w:t>VCHS</w:t>
            </w:r>
          </w:p>
          <w:p w14:paraId="3013850E" w14:textId="2104F6B3" w:rsidR="00C407FB" w:rsidRPr="003A20F9" w:rsidRDefault="00000000" w:rsidP="002B3D91">
            <w:pPr>
              <w:contextualSpacing/>
              <w:jc w:val="center"/>
              <w:rPr>
                <w:b/>
                <w:sz w:val="32"/>
                <w:lang w:val="fr-FR"/>
              </w:rPr>
            </w:pPr>
            <w:r w:rsidRPr="003A20F9">
              <w:rPr>
                <w:b/>
                <w:sz w:val="32"/>
                <w:lang w:val="fr-FR"/>
              </w:rPr>
              <w:t xml:space="preserve">Volley Communautaire </w:t>
            </w:r>
            <w:proofErr w:type="spellStart"/>
            <w:r w:rsidRPr="003A20F9">
              <w:rPr>
                <w:b/>
                <w:sz w:val="32"/>
                <w:lang w:val="fr-FR"/>
              </w:rPr>
              <w:t>Hettange</w:t>
            </w:r>
            <w:proofErr w:type="spellEnd"/>
            <w:r w:rsidRPr="003A20F9">
              <w:rPr>
                <w:b/>
                <w:sz w:val="32"/>
                <w:lang w:val="fr-FR"/>
              </w:rPr>
              <w:t xml:space="preserve"> Sportif</w:t>
            </w:r>
            <w:r w:rsidRPr="003A20F9">
              <w:rPr>
                <w:b/>
                <w:sz w:val="32"/>
                <w:lang w:val="fr-FR"/>
              </w:rPr>
              <w:br/>
              <w:t>CHARTE DU CLUB</w:t>
            </w:r>
          </w:p>
        </w:tc>
      </w:tr>
    </w:tbl>
    <w:p w14:paraId="0A5F54A9" w14:textId="77842528" w:rsidR="00C407FB" w:rsidRPr="003A20F9" w:rsidRDefault="00C407FB" w:rsidP="002B3D91">
      <w:pPr>
        <w:contextualSpacing/>
        <w:jc w:val="both"/>
        <w:rPr>
          <w:lang w:val="fr-FR"/>
        </w:rPr>
      </w:pPr>
    </w:p>
    <w:p w14:paraId="063F9FB4" w14:textId="77777777" w:rsidR="00C407FB" w:rsidRPr="003A20F9" w:rsidRDefault="00000000" w:rsidP="002B3D91">
      <w:pPr>
        <w:contextualSpacing/>
        <w:jc w:val="both"/>
        <w:rPr>
          <w:lang w:val="fr-FR"/>
        </w:rPr>
      </w:pPr>
      <w:r w:rsidRPr="003A20F9">
        <w:rPr>
          <w:lang w:val="fr-FR"/>
        </w:rPr>
        <w:t>Cette charte a pour objectif de garantir un environnement sportif respectueux, sécurisé et convivial, où chaque acteur (joueurs, entraîneurs, arbitres, parents, bénévoles, responsables) trouve sa place et contribue à la vie du club.</w:t>
      </w:r>
    </w:p>
    <w:p w14:paraId="51DE7ABB" w14:textId="77777777" w:rsidR="00C407FB" w:rsidRPr="003A20F9" w:rsidRDefault="00000000" w:rsidP="002B3D91">
      <w:pPr>
        <w:pStyle w:val="Titre2"/>
        <w:contextualSpacing/>
        <w:jc w:val="both"/>
        <w:rPr>
          <w:lang w:val="fr-FR"/>
        </w:rPr>
      </w:pPr>
      <w:r w:rsidRPr="003A20F9">
        <w:rPr>
          <w:lang w:val="fr-FR"/>
        </w:rPr>
        <w:t>1. Respect et comportement</w:t>
      </w:r>
    </w:p>
    <w:p w14:paraId="74BD4F09" w14:textId="77777777" w:rsidR="003A20F9" w:rsidRPr="003A20F9" w:rsidRDefault="00000000" w:rsidP="002B3D91">
      <w:pPr>
        <w:pStyle w:val="Listepuces"/>
        <w:jc w:val="both"/>
        <w:rPr>
          <w:lang w:val="fr-FR"/>
        </w:rPr>
      </w:pPr>
      <w:r w:rsidRPr="003A20F9">
        <w:rPr>
          <w:lang w:val="fr-FR"/>
        </w:rPr>
        <w:t>Respect attendu de tous : jeunes, parents et licenciés adultes s'engagent à adopter une attitude respectueuse envers :</w:t>
      </w:r>
    </w:p>
    <w:p w14:paraId="2D76EF41" w14:textId="77777777" w:rsidR="003A20F9" w:rsidRPr="003A20F9" w:rsidRDefault="00000000" w:rsidP="002B3D91">
      <w:pPr>
        <w:pStyle w:val="Listepuces"/>
        <w:numPr>
          <w:ilvl w:val="0"/>
          <w:numId w:val="0"/>
        </w:numPr>
        <w:ind w:left="360"/>
        <w:jc w:val="both"/>
        <w:rPr>
          <w:lang w:val="fr-FR"/>
        </w:rPr>
      </w:pPr>
      <w:r w:rsidRPr="003A20F9">
        <w:rPr>
          <w:lang w:val="fr-FR"/>
        </w:rPr>
        <w:t>- Les arbitres, en acceptant leurs décisions sans contestation.</w:t>
      </w:r>
    </w:p>
    <w:p w14:paraId="02554B3C" w14:textId="77777777" w:rsidR="003A20F9" w:rsidRPr="003A20F9" w:rsidRDefault="00000000" w:rsidP="002B3D91">
      <w:pPr>
        <w:pStyle w:val="Listepuces"/>
        <w:numPr>
          <w:ilvl w:val="0"/>
          <w:numId w:val="0"/>
        </w:numPr>
        <w:ind w:left="360"/>
        <w:jc w:val="both"/>
        <w:rPr>
          <w:lang w:val="fr-FR"/>
        </w:rPr>
      </w:pPr>
      <w:r w:rsidRPr="003A20F9">
        <w:rPr>
          <w:lang w:val="fr-FR"/>
        </w:rPr>
        <w:t>- Les coachs et membres du comité.</w:t>
      </w:r>
    </w:p>
    <w:p w14:paraId="5F173691" w14:textId="1E56C877" w:rsidR="00C407FB" w:rsidRPr="003A20F9" w:rsidRDefault="00000000" w:rsidP="002B3D91">
      <w:pPr>
        <w:pStyle w:val="Listepuces"/>
        <w:numPr>
          <w:ilvl w:val="0"/>
          <w:numId w:val="0"/>
        </w:numPr>
        <w:ind w:left="360"/>
        <w:jc w:val="both"/>
        <w:rPr>
          <w:lang w:val="fr-FR"/>
        </w:rPr>
      </w:pPr>
      <w:r w:rsidRPr="003A20F9">
        <w:rPr>
          <w:lang w:val="fr-FR"/>
        </w:rPr>
        <w:t>- Les autres licenciés, adversaires et spectateurs, dans un esprit de fair-play.</w:t>
      </w:r>
    </w:p>
    <w:p w14:paraId="18954254" w14:textId="77777777" w:rsidR="00C407FB" w:rsidRPr="003A20F9" w:rsidRDefault="00000000" w:rsidP="002B3D91">
      <w:pPr>
        <w:pStyle w:val="Listepuces"/>
        <w:jc w:val="both"/>
        <w:rPr>
          <w:lang w:val="fr-FR"/>
        </w:rPr>
      </w:pPr>
      <w:r w:rsidRPr="003A20F9">
        <w:rPr>
          <w:lang w:val="fr-FR"/>
        </w:rPr>
        <w:t>Comportement positif : encourager son équipe, soutenir les efforts, éviter critiques négatives ou dévalorisantes.</w:t>
      </w:r>
    </w:p>
    <w:p w14:paraId="311E4857" w14:textId="77777777" w:rsidR="00C407FB" w:rsidRPr="003A20F9" w:rsidRDefault="00000000" w:rsidP="002B3D91">
      <w:pPr>
        <w:pStyle w:val="Titre2"/>
        <w:contextualSpacing/>
        <w:jc w:val="both"/>
        <w:rPr>
          <w:lang w:val="fr-FR"/>
        </w:rPr>
      </w:pPr>
      <w:r w:rsidRPr="003A20F9">
        <w:rPr>
          <w:lang w:val="fr-FR"/>
        </w:rPr>
        <w:t>2. Rôle des parents et bénévoles</w:t>
      </w:r>
    </w:p>
    <w:p w14:paraId="71C9F171" w14:textId="77777777" w:rsidR="00C407FB" w:rsidRPr="003A20F9" w:rsidRDefault="00000000" w:rsidP="002B3D91">
      <w:pPr>
        <w:pStyle w:val="Listepuces"/>
        <w:jc w:val="both"/>
        <w:rPr>
          <w:lang w:val="fr-FR"/>
        </w:rPr>
      </w:pPr>
      <w:r w:rsidRPr="003A20F9">
        <w:rPr>
          <w:lang w:val="fr-FR"/>
        </w:rPr>
        <w:t>Présence bienveillante : les parents sont les bienvenus pour encourager, mais laissent les coachs diriger entraînements et matchs.</w:t>
      </w:r>
    </w:p>
    <w:p w14:paraId="209A95EB" w14:textId="77777777" w:rsidR="003A20F9" w:rsidRDefault="00000000" w:rsidP="002B3D91">
      <w:pPr>
        <w:pStyle w:val="Listepuces"/>
        <w:jc w:val="both"/>
        <w:rPr>
          <w:lang w:val="fr-FR"/>
        </w:rPr>
      </w:pPr>
      <w:r w:rsidRPr="003A20F9">
        <w:rPr>
          <w:lang w:val="fr-FR"/>
        </w:rPr>
        <w:t>Participation aux organisations :</w:t>
      </w:r>
    </w:p>
    <w:p w14:paraId="3D3D28BD" w14:textId="42EAF4EE" w:rsidR="003A20F9" w:rsidRDefault="00000000" w:rsidP="002B3D91">
      <w:pPr>
        <w:pStyle w:val="Listepuces"/>
        <w:numPr>
          <w:ilvl w:val="0"/>
          <w:numId w:val="0"/>
        </w:numPr>
        <w:ind w:left="360"/>
        <w:jc w:val="both"/>
        <w:rPr>
          <w:lang w:val="fr-FR"/>
        </w:rPr>
      </w:pPr>
      <w:r w:rsidRPr="003A20F9">
        <w:rPr>
          <w:lang w:val="fr-FR"/>
        </w:rPr>
        <w:t xml:space="preserve">- Boissons fournies par </w:t>
      </w:r>
      <w:r w:rsidR="003A0D71">
        <w:rPr>
          <w:lang w:val="fr-FR"/>
        </w:rPr>
        <w:t>le</w:t>
      </w:r>
      <w:r w:rsidRPr="003A20F9">
        <w:rPr>
          <w:lang w:val="fr-FR"/>
        </w:rPr>
        <w:t xml:space="preserve"> club.</w:t>
      </w:r>
    </w:p>
    <w:p w14:paraId="6B4072F6" w14:textId="01E159C2" w:rsidR="00C407FB" w:rsidRPr="003A20F9" w:rsidRDefault="00000000" w:rsidP="002B3D91">
      <w:pPr>
        <w:pStyle w:val="Listepuces"/>
        <w:numPr>
          <w:ilvl w:val="0"/>
          <w:numId w:val="0"/>
        </w:numPr>
        <w:ind w:left="360"/>
        <w:jc w:val="both"/>
        <w:rPr>
          <w:lang w:val="fr-FR"/>
        </w:rPr>
      </w:pPr>
      <w:r w:rsidRPr="003A20F9">
        <w:rPr>
          <w:lang w:val="fr-FR"/>
        </w:rPr>
        <w:t>- Gâteaux préparés et apportés par les parents des joueurs.</w:t>
      </w:r>
    </w:p>
    <w:p w14:paraId="22872B66" w14:textId="77777777" w:rsidR="00C407FB" w:rsidRPr="003A20F9" w:rsidRDefault="00000000" w:rsidP="002B3D91">
      <w:pPr>
        <w:pStyle w:val="Titre2"/>
        <w:contextualSpacing/>
        <w:jc w:val="both"/>
        <w:rPr>
          <w:lang w:val="fr-FR"/>
        </w:rPr>
      </w:pPr>
      <w:r w:rsidRPr="003A20F9">
        <w:rPr>
          <w:lang w:val="fr-FR"/>
        </w:rPr>
        <w:t>3. Accès aux locaux</w:t>
      </w:r>
    </w:p>
    <w:p w14:paraId="4ED57FF9" w14:textId="77777777" w:rsidR="003A20F9" w:rsidRDefault="00000000" w:rsidP="002B3D91">
      <w:pPr>
        <w:pStyle w:val="Listepuces"/>
        <w:jc w:val="both"/>
        <w:rPr>
          <w:lang w:val="fr-FR"/>
        </w:rPr>
      </w:pPr>
      <w:r w:rsidRPr="003A20F9">
        <w:rPr>
          <w:lang w:val="fr-FR"/>
        </w:rPr>
        <w:t>Accès réservé aux coachs et membres du comité.</w:t>
      </w:r>
    </w:p>
    <w:p w14:paraId="3698AE6A" w14:textId="2A5D0D57" w:rsidR="00C407FB" w:rsidRPr="003A20F9" w:rsidRDefault="00000000" w:rsidP="002B3D91">
      <w:pPr>
        <w:pStyle w:val="Listepuces"/>
        <w:numPr>
          <w:ilvl w:val="0"/>
          <w:numId w:val="0"/>
        </w:numPr>
        <w:ind w:left="360"/>
        <w:jc w:val="both"/>
        <w:rPr>
          <w:lang w:val="fr-FR"/>
        </w:rPr>
      </w:pPr>
      <w:r w:rsidRPr="003A20F9">
        <w:rPr>
          <w:lang w:val="fr-FR"/>
        </w:rPr>
        <w:t>Parents et joueurs restent dans les zones prévues, sauf autorisation spécifique.</w:t>
      </w:r>
    </w:p>
    <w:p w14:paraId="1A67E17E" w14:textId="77777777" w:rsidR="00C407FB" w:rsidRPr="003A20F9" w:rsidRDefault="00000000" w:rsidP="002B3D91">
      <w:pPr>
        <w:pStyle w:val="Titre2"/>
        <w:contextualSpacing/>
        <w:jc w:val="both"/>
        <w:rPr>
          <w:lang w:val="fr-FR"/>
        </w:rPr>
      </w:pPr>
      <w:r w:rsidRPr="003A20F9">
        <w:rPr>
          <w:lang w:val="fr-FR"/>
        </w:rPr>
        <w:t>4. Sanctions</w:t>
      </w:r>
    </w:p>
    <w:p w14:paraId="1E424F1B" w14:textId="77777777" w:rsidR="00C407FB" w:rsidRPr="003A20F9" w:rsidRDefault="00000000" w:rsidP="002B3D91">
      <w:pPr>
        <w:pStyle w:val="Listepuces"/>
        <w:jc w:val="both"/>
        <w:rPr>
          <w:lang w:val="fr-FR"/>
        </w:rPr>
      </w:pPr>
      <w:r w:rsidRPr="003A20F9">
        <w:rPr>
          <w:lang w:val="fr-FR"/>
        </w:rPr>
        <w:t>En cas de non-respect, mesures possibles : avertissement, exclusion temporaire ou définitive.</w:t>
      </w:r>
    </w:p>
    <w:p w14:paraId="70E1785A" w14:textId="2A45E522" w:rsidR="00C407FB" w:rsidRDefault="00000000" w:rsidP="002B3D91">
      <w:pPr>
        <w:contextualSpacing/>
        <w:jc w:val="both"/>
        <w:rPr>
          <w:lang w:val="fr-FR"/>
        </w:rPr>
      </w:pPr>
      <w:r w:rsidRPr="003A20F9">
        <w:rPr>
          <w:lang w:val="fr-FR"/>
        </w:rPr>
        <w:br/>
        <w:t>Lu et approuvé le : _____________</w:t>
      </w:r>
      <w:r w:rsidR="003A20F9">
        <w:rPr>
          <w:lang w:val="fr-FR"/>
        </w:rPr>
        <w:t>___________________________________________________________________</w:t>
      </w:r>
      <w:r w:rsidRPr="003A20F9">
        <w:rPr>
          <w:lang w:val="fr-FR"/>
        </w:rPr>
        <w:t>___</w:t>
      </w:r>
      <w:r w:rsidR="003A20F9">
        <w:rPr>
          <w:lang w:val="fr-FR"/>
        </w:rPr>
        <w:t>_</w:t>
      </w:r>
    </w:p>
    <w:p w14:paraId="3E043CAB" w14:textId="77777777" w:rsidR="003A20F9" w:rsidRDefault="003A20F9" w:rsidP="002B3D91">
      <w:pPr>
        <w:contextualSpacing/>
        <w:jc w:val="both"/>
        <w:rPr>
          <w:lang w:val="fr-FR"/>
        </w:rPr>
      </w:pPr>
    </w:p>
    <w:p w14:paraId="32955DEE" w14:textId="77777777" w:rsidR="003A20F9" w:rsidRPr="003A20F9" w:rsidRDefault="003A20F9" w:rsidP="002B3D91">
      <w:pPr>
        <w:contextualSpacing/>
        <w:jc w:val="both"/>
        <w:rPr>
          <w:lang w:val="fr-FR"/>
        </w:rPr>
      </w:pPr>
    </w:p>
    <w:p w14:paraId="14D301B8" w14:textId="766206C5" w:rsidR="00C407FB" w:rsidRDefault="00000000" w:rsidP="002B3D91">
      <w:pPr>
        <w:contextualSpacing/>
        <w:jc w:val="both"/>
        <w:rPr>
          <w:lang w:val="fr-FR"/>
        </w:rPr>
      </w:pPr>
      <w:r w:rsidRPr="003A20F9">
        <w:rPr>
          <w:lang w:val="fr-FR"/>
        </w:rPr>
        <w:t>Signature du licencié : ______</w:t>
      </w:r>
      <w:r w:rsidR="003A20F9">
        <w:rPr>
          <w:lang w:val="fr-FR"/>
        </w:rPr>
        <w:t>______________________________________________________________</w:t>
      </w:r>
      <w:r w:rsidRPr="003A20F9">
        <w:rPr>
          <w:lang w:val="fr-FR"/>
        </w:rPr>
        <w:t>____________</w:t>
      </w:r>
    </w:p>
    <w:p w14:paraId="4056E75B" w14:textId="77777777" w:rsidR="003A20F9" w:rsidRDefault="003A20F9" w:rsidP="002B3D91">
      <w:pPr>
        <w:contextualSpacing/>
        <w:jc w:val="both"/>
        <w:rPr>
          <w:lang w:val="fr-FR"/>
        </w:rPr>
      </w:pPr>
    </w:p>
    <w:p w14:paraId="0F2E156C" w14:textId="77777777" w:rsidR="003A20F9" w:rsidRPr="003A20F9" w:rsidRDefault="003A20F9" w:rsidP="002B3D91">
      <w:pPr>
        <w:contextualSpacing/>
        <w:jc w:val="both"/>
        <w:rPr>
          <w:lang w:val="fr-FR"/>
        </w:rPr>
      </w:pPr>
    </w:p>
    <w:p w14:paraId="7DF5AE68" w14:textId="632C075F" w:rsidR="00C407FB" w:rsidRPr="003A20F9" w:rsidRDefault="00000000" w:rsidP="002B3D91">
      <w:pPr>
        <w:contextualSpacing/>
        <w:jc w:val="both"/>
        <w:rPr>
          <w:lang w:val="fr-FR"/>
        </w:rPr>
      </w:pPr>
      <w:r w:rsidRPr="003A20F9">
        <w:rPr>
          <w:lang w:val="fr-FR"/>
        </w:rPr>
        <w:t>Signature du responsable légal (si mineur) : _________________</w:t>
      </w:r>
      <w:r w:rsidR="003A20F9">
        <w:rPr>
          <w:lang w:val="fr-FR"/>
        </w:rPr>
        <w:t>_____________________________________</w:t>
      </w:r>
      <w:r w:rsidRPr="003A20F9">
        <w:rPr>
          <w:lang w:val="fr-FR"/>
        </w:rPr>
        <w:t>_</w:t>
      </w:r>
    </w:p>
    <w:sectPr w:rsidR="00C407FB" w:rsidRPr="003A20F9" w:rsidSect="00034616"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23A17" w14:textId="77777777" w:rsidR="0099238F" w:rsidRDefault="0099238F" w:rsidP="00ED63B2">
      <w:pPr>
        <w:spacing w:after="0" w:line="240" w:lineRule="auto"/>
      </w:pPr>
      <w:r>
        <w:separator/>
      </w:r>
    </w:p>
  </w:endnote>
  <w:endnote w:type="continuationSeparator" w:id="0">
    <w:p w14:paraId="2F24FB79" w14:textId="77777777" w:rsidR="0099238F" w:rsidRDefault="0099238F" w:rsidP="00ED6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992084537"/>
      <w:docPartObj>
        <w:docPartGallery w:val="Page Numbers (Bottom of Page)"/>
        <w:docPartUnique/>
      </w:docPartObj>
    </w:sdtPr>
    <w:sdtContent>
      <w:p w14:paraId="21E04640" w14:textId="2B7221AC" w:rsidR="00ED63B2" w:rsidRDefault="00ED63B2" w:rsidP="00651A5F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0D521AF1" w14:textId="77777777" w:rsidR="00ED63B2" w:rsidRDefault="00ED63B2" w:rsidP="00ED63B2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6D83F" w14:textId="77777777" w:rsidR="00ED63B2" w:rsidRDefault="00ED63B2" w:rsidP="00ED63B2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B0254" w14:textId="77777777" w:rsidR="0099238F" w:rsidRDefault="0099238F" w:rsidP="00ED63B2">
      <w:pPr>
        <w:spacing w:after="0" w:line="240" w:lineRule="auto"/>
      </w:pPr>
      <w:r>
        <w:separator/>
      </w:r>
    </w:p>
  </w:footnote>
  <w:footnote w:type="continuationSeparator" w:id="0">
    <w:p w14:paraId="64886C2E" w14:textId="77777777" w:rsidR="0099238F" w:rsidRDefault="0099238F" w:rsidP="00ED63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662472">
    <w:abstractNumId w:val="8"/>
  </w:num>
  <w:num w:numId="2" w16cid:durableId="843671011">
    <w:abstractNumId w:val="6"/>
  </w:num>
  <w:num w:numId="3" w16cid:durableId="1576935708">
    <w:abstractNumId w:val="5"/>
  </w:num>
  <w:num w:numId="4" w16cid:durableId="630937948">
    <w:abstractNumId w:val="4"/>
  </w:num>
  <w:num w:numId="5" w16cid:durableId="799999581">
    <w:abstractNumId w:val="7"/>
  </w:num>
  <w:num w:numId="6" w16cid:durableId="351758735">
    <w:abstractNumId w:val="3"/>
  </w:num>
  <w:num w:numId="7" w16cid:durableId="601763548">
    <w:abstractNumId w:val="2"/>
  </w:num>
  <w:num w:numId="8" w16cid:durableId="981039347">
    <w:abstractNumId w:val="1"/>
  </w:num>
  <w:num w:numId="9" w16cid:durableId="301738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3D91"/>
    <w:rsid w:val="00326F90"/>
    <w:rsid w:val="00352497"/>
    <w:rsid w:val="003A0D71"/>
    <w:rsid w:val="003A20F9"/>
    <w:rsid w:val="00590E1F"/>
    <w:rsid w:val="0099238F"/>
    <w:rsid w:val="00AA1D8D"/>
    <w:rsid w:val="00AB1070"/>
    <w:rsid w:val="00B47730"/>
    <w:rsid w:val="00C407FB"/>
    <w:rsid w:val="00CB0664"/>
    <w:rsid w:val="00E8318C"/>
    <w:rsid w:val="00ED63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1BB21C"/>
  <w14:defaultImageDpi w14:val="300"/>
  <w15:docId w15:val="{B407E0C4-4C0C-0E4E-AC11-175AF66C2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Numrodepage">
    <w:name w:val="page number"/>
    <w:basedOn w:val="Policepardfaut"/>
    <w:uiPriority w:val="99"/>
    <w:semiHidden/>
    <w:unhideWhenUsed/>
    <w:rsid w:val="00ED6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245</Words>
  <Characters>1352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aurore metternich</cp:lastModifiedBy>
  <cp:revision>5</cp:revision>
  <dcterms:created xsi:type="dcterms:W3CDTF">2025-08-13T20:01:00Z</dcterms:created>
  <dcterms:modified xsi:type="dcterms:W3CDTF">2025-08-13T20:28:00Z</dcterms:modified>
  <cp:category/>
</cp:coreProperties>
</file>